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F894A" w14:textId="77777777" w:rsidR="00E23925" w:rsidRPr="00150DD0" w:rsidRDefault="00000000" w:rsidP="0046387D">
      <w:pPr>
        <w:spacing w:after="120" w:line="240" w:lineRule="auto"/>
        <w:rPr>
          <w:rFonts w:hint="eastAsia"/>
          <w:szCs w:val="24"/>
          <w:lang w:eastAsia="zh-CN"/>
        </w:rPr>
      </w:pPr>
      <w:r w:rsidRPr="00150DD0">
        <w:rPr>
          <w:szCs w:val="24"/>
          <w:lang w:eastAsia="zh-CN"/>
        </w:rPr>
        <w:t>附件2</w:t>
      </w:r>
    </w:p>
    <w:p w14:paraId="1284E2FE" w14:textId="77777777" w:rsidR="00923E55" w:rsidRPr="00923E55" w:rsidRDefault="00000000" w:rsidP="0046387D">
      <w:pPr>
        <w:spacing w:line="240" w:lineRule="auto"/>
        <w:jc w:val="center"/>
        <w:rPr>
          <w:rFonts w:hint="eastAsia"/>
          <w:b/>
          <w:bCs/>
          <w:sz w:val="36"/>
          <w:szCs w:val="36"/>
          <w:lang w:eastAsia="zh-CN"/>
        </w:rPr>
      </w:pPr>
      <w:r w:rsidRPr="00923E55">
        <w:rPr>
          <w:b/>
          <w:bCs/>
          <w:sz w:val="36"/>
          <w:szCs w:val="36"/>
          <w:lang w:eastAsia="zh-CN"/>
        </w:rPr>
        <w:t>安徽工程大学</w:t>
      </w:r>
    </w:p>
    <w:p w14:paraId="01A29CC6" w14:textId="09E432FE" w:rsidR="00E23925" w:rsidRPr="00923E55" w:rsidRDefault="00000000" w:rsidP="0046387D">
      <w:pPr>
        <w:spacing w:line="240" w:lineRule="auto"/>
        <w:jc w:val="center"/>
        <w:rPr>
          <w:rFonts w:hint="eastAsia"/>
          <w:b/>
          <w:bCs/>
          <w:sz w:val="36"/>
          <w:szCs w:val="36"/>
          <w:lang w:eastAsia="zh-CN"/>
        </w:rPr>
      </w:pPr>
      <w:r w:rsidRPr="00923E55">
        <w:rPr>
          <w:b/>
          <w:bCs/>
          <w:sz w:val="36"/>
          <w:szCs w:val="36"/>
          <w:lang w:eastAsia="zh-CN"/>
        </w:rPr>
        <w:t>第一届研究生电子信息创新大赛报名表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1757"/>
        <w:gridCol w:w="7427"/>
      </w:tblGrid>
      <w:tr w:rsidR="00E23925" w14:paraId="258A0828" w14:textId="77777777" w:rsidTr="00C66036">
        <w:trPr>
          <w:cantSplit/>
          <w:trHeight w:val="539"/>
          <w:jc w:val="center"/>
        </w:trPr>
        <w:tc>
          <w:tcPr>
            <w:tcW w:w="1757" w:type="dxa"/>
            <w:shd w:val="clear" w:color="auto" w:fill="auto"/>
            <w:vAlign w:val="center"/>
          </w:tcPr>
          <w:p w14:paraId="566516F1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proofErr w:type="spellStart"/>
            <w:r>
              <w:t>项目名称</w:t>
            </w:r>
            <w:proofErr w:type="spellEnd"/>
          </w:p>
        </w:tc>
        <w:tc>
          <w:tcPr>
            <w:tcW w:w="7427" w:type="dxa"/>
            <w:shd w:val="clear" w:color="auto" w:fill="auto"/>
            <w:vAlign w:val="center"/>
          </w:tcPr>
          <w:p w14:paraId="7F2E1289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E23925" w14:paraId="3C1812E7" w14:textId="77777777">
        <w:trPr>
          <w:cantSplit/>
          <w:trHeight w:val="539"/>
          <w:jc w:val="center"/>
        </w:trPr>
        <w:tc>
          <w:tcPr>
            <w:tcW w:w="1757" w:type="dxa"/>
            <w:vAlign w:val="center"/>
          </w:tcPr>
          <w:p w14:paraId="3B67C012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t>团队名称</w:t>
            </w:r>
          </w:p>
        </w:tc>
        <w:tc>
          <w:tcPr>
            <w:tcW w:w="7427" w:type="dxa"/>
            <w:vAlign w:val="center"/>
          </w:tcPr>
          <w:p w14:paraId="16404EB4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</w:tbl>
    <w:p w14:paraId="0299F4A6" w14:textId="77777777" w:rsidR="00E23925" w:rsidRPr="00C0367F" w:rsidRDefault="00000000" w:rsidP="0046387D">
      <w:pPr>
        <w:spacing w:before="240" w:after="120" w:line="240" w:lineRule="auto"/>
        <w:rPr>
          <w:rFonts w:hint="eastAsia"/>
          <w:b/>
          <w:bCs/>
          <w:sz w:val="32"/>
          <w:szCs w:val="32"/>
        </w:rPr>
      </w:pPr>
      <w:r w:rsidRPr="00C0367F">
        <w:rPr>
          <w:b/>
          <w:bCs/>
          <w:sz w:val="32"/>
          <w:szCs w:val="32"/>
        </w:rPr>
        <w:t>一 参赛学生信息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964"/>
        <w:gridCol w:w="1134"/>
        <w:gridCol w:w="1984"/>
        <w:gridCol w:w="1871"/>
        <w:gridCol w:w="964"/>
        <w:gridCol w:w="2268"/>
      </w:tblGrid>
      <w:tr w:rsidR="00E23925" w14:paraId="1B918AD3" w14:textId="77777777" w:rsidTr="008010D9">
        <w:trPr>
          <w:cantSplit/>
          <w:trHeight w:val="454"/>
          <w:tblHeader/>
          <w:jc w:val="center"/>
        </w:trPr>
        <w:tc>
          <w:tcPr>
            <w:tcW w:w="964" w:type="dxa"/>
            <w:shd w:val="clear" w:color="auto" w:fill="auto"/>
            <w:vAlign w:val="center"/>
          </w:tcPr>
          <w:p w14:paraId="674B37C7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角色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A7C554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姓名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4A17E8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学院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B840ACD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学号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39F4D7E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年级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6C875B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专业</w:t>
            </w:r>
          </w:p>
        </w:tc>
      </w:tr>
      <w:tr w:rsidR="00E23925" w14:paraId="3E33A546" w14:textId="77777777" w:rsidTr="008010D9">
        <w:trPr>
          <w:cantSplit/>
          <w:trHeight w:val="482"/>
          <w:jc w:val="center"/>
        </w:trPr>
        <w:tc>
          <w:tcPr>
            <w:tcW w:w="964" w:type="dxa"/>
            <w:shd w:val="clear" w:color="auto" w:fill="auto"/>
            <w:vAlign w:val="center"/>
          </w:tcPr>
          <w:p w14:paraId="39876F2F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t>负责人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13033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D62CB00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14:paraId="32129ADD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14:paraId="0ECBDE4A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E1B73BB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E23925" w14:paraId="207032EE" w14:textId="77777777" w:rsidTr="008010D9">
        <w:trPr>
          <w:cantSplit/>
          <w:trHeight w:val="482"/>
          <w:jc w:val="center"/>
        </w:trPr>
        <w:tc>
          <w:tcPr>
            <w:tcW w:w="964" w:type="dxa"/>
            <w:shd w:val="clear" w:color="auto" w:fill="auto"/>
            <w:vAlign w:val="center"/>
          </w:tcPr>
          <w:p w14:paraId="5E584E30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t>队员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BC6685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2B5E969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14:paraId="77C84CF7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14:paraId="5A3D882E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59E2EA5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E23925" w14:paraId="04CAC10D" w14:textId="77777777" w:rsidTr="008010D9">
        <w:trPr>
          <w:cantSplit/>
          <w:trHeight w:val="482"/>
          <w:jc w:val="center"/>
        </w:trPr>
        <w:tc>
          <w:tcPr>
            <w:tcW w:w="964" w:type="dxa"/>
            <w:shd w:val="clear" w:color="auto" w:fill="auto"/>
            <w:vAlign w:val="center"/>
          </w:tcPr>
          <w:p w14:paraId="0B5E96C7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t>队员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CAFA41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3EF5EA9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14:paraId="410F6B70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14:paraId="07996CDA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3F18D69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E23925" w14:paraId="2BB01FC0" w14:textId="77777777" w:rsidTr="008010D9">
        <w:trPr>
          <w:cantSplit/>
          <w:trHeight w:val="482"/>
          <w:jc w:val="center"/>
        </w:trPr>
        <w:tc>
          <w:tcPr>
            <w:tcW w:w="964" w:type="dxa"/>
            <w:shd w:val="clear" w:color="auto" w:fill="auto"/>
            <w:vAlign w:val="center"/>
          </w:tcPr>
          <w:p w14:paraId="715CC345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t>队员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BC2D13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419E0E1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14:paraId="4FD513AB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14:paraId="3C607198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AF2B254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E23925" w14:paraId="246D0E56" w14:textId="77777777" w:rsidTr="008010D9">
        <w:trPr>
          <w:cantSplit/>
          <w:trHeight w:val="482"/>
          <w:jc w:val="center"/>
        </w:trPr>
        <w:tc>
          <w:tcPr>
            <w:tcW w:w="964" w:type="dxa"/>
            <w:shd w:val="clear" w:color="auto" w:fill="auto"/>
            <w:vAlign w:val="center"/>
          </w:tcPr>
          <w:p w14:paraId="1EBEDD6C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t>队员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413574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FAC65FA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14:paraId="03D10290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14:paraId="045C0085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88C9641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</w:tbl>
    <w:p w14:paraId="06CBC11A" w14:textId="77777777" w:rsidR="00E23925" w:rsidRPr="00C0367F" w:rsidRDefault="00000000" w:rsidP="0046387D">
      <w:pPr>
        <w:spacing w:before="240" w:after="120" w:line="240" w:lineRule="auto"/>
        <w:rPr>
          <w:rFonts w:hint="eastAsia"/>
          <w:b/>
          <w:bCs/>
          <w:sz w:val="32"/>
          <w:szCs w:val="32"/>
        </w:rPr>
      </w:pPr>
      <w:r w:rsidRPr="00C0367F">
        <w:rPr>
          <w:b/>
          <w:bCs/>
          <w:sz w:val="32"/>
          <w:szCs w:val="32"/>
        </w:rPr>
        <w:t>二 团队负责人联系方式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1417"/>
        <w:gridCol w:w="3175"/>
        <w:gridCol w:w="1417"/>
        <w:gridCol w:w="3175"/>
      </w:tblGrid>
      <w:tr w:rsidR="00E23925" w14:paraId="447911E6" w14:textId="77777777">
        <w:trPr>
          <w:cantSplit/>
          <w:trHeight w:val="539"/>
          <w:jc w:val="center"/>
        </w:trPr>
        <w:tc>
          <w:tcPr>
            <w:tcW w:w="1417" w:type="dxa"/>
            <w:vAlign w:val="center"/>
          </w:tcPr>
          <w:p w14:paraId="51BBBD57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t>手机号码</w:t>
            </w:r>
          </w:p>
        </w:tc>
        <w:tc>
          <w:tcPr>
            <w:tcW w:w="3175" w:type="dxa"/>
            <w:vAlign w:val="center"/>
          </w:tcPr>
          <w:p w14:paraId="2A5B839B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14:paraId="13D49259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t>QQ号</w:t>
            </w:r>
          </w:p>
        </w:tc>
        <w:tc>
          <w:tcPr>
            <w:tcW w:w="3175" w:type="dxa"/>
            <w:vAlign w:val="center"/>
          </w:tcPr>
          <w:p w14:paraId="5CFF2D48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E23925" w14:paraId="4489CD27" w14:textId="77777777">
        <w:trPr>
          <w:cantSplit/>
          <w:trHeight w:val="539"/>
          <w:jc w:val="center"/>
        </w:trPr>
        <w:tc>
          <w:tcPr>
            <w:tcW w:w="1417" w:type="dxa"/>
            <w:vAlign w:val="center"/>
          </w:tcPr>
          <w:p w14:paraId="73B09039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t>电子邮箱</w:t>
            </w:r>
          </w:p>
        </w:tc>
        <w:tc>
          <w:tcPr>
            <w:tcW w:w="7767" w:type="dxa"/>
            <w:gridSpan w:val="3"/>
            <w:vAlign w:val="center"/>
          </w:tcPr>
          <w:p w14:paraId="5799DB95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</w:tbl>
    <w:p w14:paraId="75902BD4" w14:textId="77777777" w:rsidR="00E23925" w:rsidRPr="00C0367F" w:rsidRDefault="00000000" w:rsidP="0046387D">
      <w:pPr>
        <w:spacing w:before="240" w:after="120" w:line="240" w:lineRule="auto"/>
        <w:rPr>
          <w:rFonts w:hint="eastAsia"/>
          <w:b/>
          <w:bCs/>
          <w:sz w:val="32"/>
          <w:szCs w:val="32"/>
        </w:rPr>
      </w:pPr>
      <w:r w:rsidRPr="00C0367F">
        <w:rPr>
          <w:b/>
          <w:bCs/>
          <w:sz w:val="32"/>
          <w:szCs w:val="32"/>
        </w:rPr>
        <w:t>三 指导教师信息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794"/>
        <w:gridCol w:w="1134"/>
        <w:gridCol w:w="3345"/>
        <w:gridCol w:w="1361"/>
        <w:gridCol w:w="2551"/>
      </w:tblGrid>
      <w:tr w:rsidR="00E23925" w14:paraId="0A6AD462" w14:textId="77777777" w:rsidTr="008010D9">
        <w:trPr>
          <w:cantSplit/>
          <w:trHeight w:val="454"/>
          <w:tblHeader/>
          <w:jc w:val="center"/>
        </w:trPr>
        <w:tc>
          <w:tcPr>
            <w:tcW w:w="794" w:type="dxa"/>
            <w:shd w:val="clear" w:color="auto" w:fill="auto"/>
            <w:vAlign w:val="center"/>
          </w:tcPr>
          <w:p w14:paraId="36EE5BFA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4B5850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姓名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7287F4BD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工作单位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4C4E447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职称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0766E1A" w14:textId="7C9AC44B" w:rsidR="00E23925" w:rsidRDefault="00842C04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lang w:eastAsia="zh-CN"/>
              </w:rPr>
              <w:t>电子邮箱</w:t>
            </w:r>
          </w:p>
        </w:tc>
      </w:tr>
      <w:tr w:rsidR="00E23925" w14:paraId="55E7125C" w14:textId="77777777" w:rsidTr="008010D9">
        <w:trPr>
          <w:cantSplit/>
          <w:trHeight w:val="539"/>
          <w:jc w:val="center"/>
        </w:trPr>
        <w:tc>
          <w:tcPr>
            <w:tcW w:w="794" w:type="dxa"/>
            <w:shd w:val="clear" w:color="auto" w:fill="auto"/>
            <w:vAlign w:val="center"/>
          </w:tcPr>
          <w:p w14:paraId="3F626DAC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16308F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3345" w:type="dxa"/>
            <w:shd w:val="clear" w:color="auto" w:fill="auto"/>
            <w:vAlign w:val="center"/>
          </w:tcPr>
          <w:p w14:paraId="7451A5F4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B5870D5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0AED8A80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E23925" w14:paraId="5B12892F" w14:textId="77777777" w:rsidTr="008010D9">
        <w:trPr>
          <w:cantSplit/>
          <w:trHeight w:val="539"/>
          <w:jc w:val="center"/>
        </w:trPr>
        <w:tc>
          <w:tcPr>
            <w:tcW w:w="794" w:type="dxa"/>
            <w:shd w:val="clear" w:color="auto" w:fill="auto"/>
            <w:vAlign w:val="center"/>
          </w:tcPr>
          <w:p w14:paraId="1CB846AA" w14:textId="77777777" w:rsidR="00E23925" w:rsidRDefault="00000000" w:rsidP="0046387D">
            <w:pPr>
              <w:spacing w:line="240" w:lineRule="auto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7BA92B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3345" w:type="dxa"/>
            <w:shd w:val="clear" w:color="auto" w:fill="auto"/>
            <w:vAlign w:val="center"/>
          </w:tcPr>
          <w:p w14:paraId="7715C669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1969AAA6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05C46991" w14:textId="77777777" w:rsidR="00E23925" w:rsidRDefault="00E23925" w:rsidP="0046387D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</w:tbl>
    <w:p w14:paraId="7125C20A" w14:textId="77777777" w:rsidR="00E23925" w:rsidRPr="00386A3B" w:rsidRDefault="00000000" w:rsidP="00386A3B">
      <w:pPr>
        <w:spacing w:before="160" w:after="60"/>
        <w:jc w:val="both"/>
        <w:rPr>
          <w:rFonts w:hint="eastAsia"/>
        </w:rPr>
      </w:pPr>
      <w:r w:rsidRPr="00386A3B">
        <w:rPr>
          <w:b/>
        </w:rPr>
        <w:t>填写说明</w:t>
      </w:r>
    </w:p>
    <w:p w14:paraId="5091DE09" w14:textId="091F3366" w:rsidR="00E23925" w:rsidRPr="0046387D" w:rsidRDefault="00000000" w:rsidP="00386A3B">
      <w:pPr>
        <w:spacing w:after="60"/>
        <w:jc w:val="both"/>
        <w:rPr>
          <w:rFonts w:hint="eastAsia"/>
          <w:sz w:val="22"/>
          <w:lang w:eastAsia="zh-CN"/>
        </w:rPr>
      </w:pPr>
      <w:r>
        <w:rPr>
          <w:sz w:val="22"/>
          <w:lang w:eastAsia="zh-CN"/>
        </w:rPr>
        <w:t xml:space="preserve">1. </w:t>
      </w:r>
      <w:r w:rsidR="0046387D" w:rsidRPr="0046387D">
        <w:rPr>
          <w:rFonts w:hint="eastAsia"/>
          <w:sz w:val="22"/>
          <w:lang w:eastAsia="zh-CN"/>
        </w:rPr>
        <w:t>每支参赛队伍由3—5名本校在读研究生组成，其中负责人1名</w:t>
      </w:r>
      <w:r w:rsidR="0046387D">
        <w:rPr>
          <w:rFonts w:hint="eastAsia"/>
          <w:sz w:val="22"/>
          <w:lang w:eastAsia="zh-CN"/>
        </w:rPr>
        <w:t>；</w:t>
      </w:r>
      <w:r w:rsidR="0046387D" w:rsidRPr="0046387D">
        <w:rPr>
          <w:sz w:val="22"/>
          <w:lang w:eastAsia="zh-CN"/>
        </w:rPr>
        <w:t>每队配备</w:t>
      </w:r>
      <w:r>
        <w:rPr>
          <w:sz w:val="22"/>
          <w:lang w:eastAsia="zh-CN"/>
        </w:rPr>
        <w:t>指导教师1—2名。</w:t>
      </w:r>
    </w:p>
    <w:p w14:paraId="06FFE866" w14:textId="0DC824AB" w:rsidR="00E23925" w:rsidRPr="00DD0073" w:rsidRDefault="00000000" w:rsidP="00386A3B">
      <w:pPr>
        <w:spacing w:after="60"/>
        <w:jc w:val="both"/>
        <w:rPr>
          <w:rFonts w:hint="eastAsia"/>
          <w:sz w:val="22"/>
          <w:lang w:eastAsia="zh-CN"/>
        </w:rPr>
      </w:pPr>
      <w:r>
        <w:rPr>
          <w:sz w:val="22"/>
          <w:lang w:eastAsia="zh-CN"/>
        </w:rPr>
        <w:t>2. 学院、专业、工作单位填写全称，</w:t>
      </w:r>
      <w:r w:rsidR="00DD0073" w:rsidRPr="00DD0073">
        <w:rPr>
          <w:sz w:val="22"/>
          <w:lang w:eastAsia="zh-CN"/>
        </w:rPr>
        <w:t>年级按“入学年份+级”的格式填写（如“2025级”）</w:t>
      </w:r>
      <w:r w:rsidR="00DD0073">
        <w:rPr>
          <w:rFonts w:hint="eastAsia"/>
          <w:sz w:val="22"/>
          <w:lang w:eastAsia="zh-CN"/>
        </w:rPr>
        <w:t>。</w:t>
      </w:r>
      <w:r>
        <w:rPr>
          <w:sz w:val="22"/>
          <w:lang w:eastAsia="zh-CN"/>
        </w:rPr>
        <w:t>企业导师在姓名后注明。</w:t>
      </w:r>
      <w:r w:rsidR="00DD0073" w:rsidRPr="00DD0073">
        <w:rPr>
          <w:sz w:val="22"/>
          <w:lang w:eastAsia="zh-CN"/>
        </w:rPr>
        <w:t>所填信息</w:t>
      </w:r>
      <w:r>
        <w:rPr>
          <w:sz w:val="22"/>
          <w:lang w:eastAsia="zh-CN"/>
        </w:rPr>
        <w:t>与申报书</w:t>
      </w:r>
      <w:r w:rsidR="00DD0073" w:rsidRPr="00DD0073">
        <w:rPr>
          <w:sz w:val="22"/>
          <w:lang w:eastAsia="zh-CN"/>
        </w:rPr>
        <w:t>保持</w:t>
      </w:r>
      <w:r>
        <w:rPr>
          <w:sz w:val="22"/>
          <w:lang w:eastAsia="zh-CN"/>
        </w:rPr>
        <w:t>一致。</w:t>
      </w:r>
    </w:p>
    <w:sectPr w:rsidR="00E23925" w:rsidRPr="00DD0073" w:rsidSect="00034616">
      <w:pgSz w:w="11906" w:h="16838"/>
      <w:pgMar w:top="1020" w:right="1361" w:bottom="102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A752B" w14:textId="77777777" w:rsidR="00A36E77" w:rsidRDefault="00A36E77" w:rsidP="00C66036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AEE3802" w14:textId="77777777" w:rsidR="00A36E77" w:rsidRDefault="00A36E77" w:rsidP="00C66036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2A0F9" w14:textId="77777777" w:rsidR="00A36E77" w:rsidRDefault="00A36E77" w:rsidP="00C66036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72A6FC44" w14:textId="77777777" w:rsidR="00A36E77" w:rsidRDefault="00A36E77" w:rsidP="00C66036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8650386">
    <w:abstractNumId w:val="8"/>
  </w:num>
  <w:num w:numId="2" w16cid:durableId="802311836">
    <w:abstractNumId w:val="6"/>
  </w:num>
  <w:num w:numId="3" w16cid:durableId="337007323">
    <w:abstractNumId w:val="5"/>
  </w:num>
  <w:num w:numId="4" w16cid:durableId="689339035">
    <w:abstractNumId w:val="4"/>
  </w:num>
  <w:num w:numId="5" w16cid:durableId="695695491">
    <w:abstractNumId w:val="7"/>
  </w:num>
  <w:num w:numId="6" w16cid:durableId="1011837592">
    <w:abstractNumId w:val="3"/>
  </w:num>
  <w:num w:numId="7" w16cid:durableId="888995956">
    <w:abstractNumId w:val="2"/>
  </w:num>
  <w:num w:numId="8" w16cid:durableId="1650942325">
    <w:abstractNumId w:val="1"/>
  </w:num>
  <w:num w:numId="9" w16cid:durableId="482506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0DD0"/>
    <w:rsid w:val="001B563F"/>
    <w:rsid w:val="0028528D"/>
    <w:rsid w:val="0029639D"/>
    <w:rsid w:val="00326F90"/>
    <w:rsid w:val="00352348"/>
    <w:rsid w:val="00386A3B"/>
    <w:rsid w:val="0046387D"/>
    <w:rsid w:val="008010D9"/>
    <w:rsid w:val="00833031"/>
    <w:rsid w:val="00842C04"/>
    <w:rsid w:val="008D391F"/>
    <w:rsid w:val="00917418"/>
    <w:rsid w:val="00923E55"/>
    <w:rsid w:val="00A36E77"/>
    <w:rsid w:val="00AA1D8D"/>
    <w:rsid w:val="00B47730"/>
    <w:rsid w:val="00C0367F"/>
    <w:rsid w:val="00C66036"/>
    <w:rsid w:val="00CB0664"/>
    <w:rsid w:val="00DB43A8"/>
    <w:rsid w:val="00DD0073"/>
    <w:rsid w:val="00DE57FA"/>
    <w:rsid w:val="00E02128"/>
    <w:rsid w:val="00E23925"/>
    <w:rsid w:val="00FC693F"/>
    <w:rsid w:val="00FE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AE4283"/>
  <w14:defaultImageDpi w14:val="300"/>
  <w15:docId w15:val="{F52AEF0B-2076-4643-A631-CCDE68CE9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宋体" w:eastAsia="宋体" w:hAnsi="宋体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9">
    <w:name w:val="Normal (Web)"/>
    <w:basedOn w:val="a1"/>
    <w:uiPriority w:val="99"/>
    <w:semiHidden/>
    <w:unhideWhenUsed/>
    <w:rsid w:val="0046387D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安徽工程大学第一届研究生电子信息创新大赛报名表</dc:title>
  <dc:subject>团队报名及参赛学生、指导教师信息</dc:subject>
  <dc:creator/>
  <cp:keywords/>
  <dc:description>generated by python-docx</dc:description>
  <cp:lastModifiedBy>Wenbo Zhu</cp:lastModifiedBy>
  <cp:revision>25</cp:revision>
  <dcterms:created xsi:type="dcterms:W3CDTF">2013-12-23T23:15:00Z</dcterms:created>
  <dcterms:modified xsi:type="dcterms:W3CDTF">2026-10-14T15:28:00Z</dcterms:modified>
  <cp:category/>
</cp:coreProperties>
</file>